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מילים ומושגים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מנוחה היא אחת מהזכויות החשובות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היא בדיוק ההפך - שמירה על מרחב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המשמעות של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הגנה היא לשמור על הילד מפני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המשמעות הבסיסית של המילה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אחריות פירושה לדאוג בעצמי שדברים ייעשו כמו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(להתייחס לכולם באותה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שאני חושב או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(זמן כיף ופעילות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(יחס יפה ומכבד לאדם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(דבר שמגיע לכל 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(לדאוג שמשהו ייעשה כראוי)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הביעו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זכות ויסבירו בשפתם מדוע היא משמעותית עבורם, תוך שימוש בדוגמה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יתארו מצב של פגיעה בכבוד ויציעו פתרון מכבד והוגן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המראה הבנה שהגנה היא שמירה מפני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פרטיות - מרחב אישי; שוויון - יחס זהה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פעילות התפזורת המקורית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אישיות לכל זכות לפני מילוי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מילים ומושגים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המילים שמופיעות בתפזורת של זכויות הילד, כמו חינוך, בריאות, משפחה ועוד. נבין מה כל מילה אומרת ואיך היא קשורה לחיים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הזכות שעוסקת בלימודים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קשורה לזמן חופשי ולמשחקים?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הזכות שאומרת שצריך לדאוג לגוף בריא?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את זכותו של כל ילד להיות מוגן מסכנה?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המילה המתארת שלכל הילדים מגיע יחס שווה?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מתארת את הזכות לבטא מחשבות ורגשות?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למנוחה ולזמן חופשי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פרטיות פירושה שכולם צריכים לדעת הכל על החיים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פירושו להתייחס לכולם באותה צורה ללא קשר למוצא או מגדר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פירושה להשאיר ילד לבד בלי עזרה בזמן סכנה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פירושו להתייחס יפה לאנשים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פירושה שמישהו אחר תמיד יעשה הכל במקומי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מגיעה הזכות ל__________ - ללמוד ולהתפתח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חשוב לשמור על ה__________ שלי ולא לספר לכולם את הסודות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ילד צריך __________ מההורים ומהמבוגרים כדי להיות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יום ארוך בבית הספר, חשוב לקחת זמן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ילד מגיע __________ - ביקור אצל רופא כשצריך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שלי היא המקום שבו אני מרגיש הכי בטוח ואהוב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יחס יפה ומכבד לאדם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שמגיע לכל 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להתייחס לכולם באותה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שאני חושב או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לדאוג שמשהו ייעשה כראוי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זמן כיף ופעילות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הביעו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מהרשימה (חינוך, בריאות, משחק, מנוחה) וכתבו למה היא חשובה לכם באופן אישי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מישהו לא קיבל את זכותו לכבוד, ומה לדעתכם צריך לעשות במצב כזה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המתארת זמן לנוח ולהירגע?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חשוב שתהיה הגנה על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פרטיות לבין שוויון?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- מילים ומושגים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