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- מילים ומושגים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מנוחה היא אחת מהזכויות החשובות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פרטיות היא בדיוק ההפך - שמירה על מרחב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המשמעות של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הגנה היא לשמור על הילד מפני 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המשמעות הבסיסית של המילה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אחריות פירושה לדאוג בעצמי שדברים ייעשו כמו שצריך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(להתייחס לכולם באותה 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(מה שאני חושב או מרגיש)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(זמן כיף ופעילות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(יחס יפה ומכבד לאדם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(דבר שמגיע לכל ילד)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(לדאוג שמשהו ייעשה כראוי)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הביעו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יבחרו זכות ויסבירו בשפתם מדוע היא משמעותית עבורם, תוך שימוש בדוגמה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יתארו מצב של פגיעה בכבוד ויציעו פתרון מכבד והוגן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מנוחה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המראה הבנה שהגנה היא שמירה מפני 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פרטיות - מרחב אישי; שוויון - יחס זהה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הדף עם פעילות התפזורת המקורית כהכנה או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אישיות לכל זכות לפני מילוי 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- מילים ומושגים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על זכויות של ילדים. נלמד מה כל מילה אומרת.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שמשהו ייעשה כמו שצריך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המרחב האישי שלי שלא כולם צריכים לדעת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להתייחס לכולם באותה צורה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מישהו מפני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שאני חושב או מרגיש על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לנוח ולהירגע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להתייחס יפה לאדם 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קשורה ללימודים?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על זמן כיף?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קשורה לגוף בריא?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על שמירה מסכנה?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אומרת שכולם שווים?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היא על לדבר על מה שאני חושב?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למנוחה ולזמן חופשי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פרטיות פירושה שכולם צריכים לדעת הכל על החיים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שוויון פירושו להתייחס לכולם באותה צורה ללא קשר למוצא או מגדר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הגנה פירושה להשאיר ילד לבד בלי עזרה בזמן סכנה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פירושו להתייחס יפה לאנשים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פירושה שמישהו אחר תמיד יעשה הכל במקומי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מגיעה הזכות ל__________ - ללמוד ולהתפתח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חשוב לשמור על ה__________ שלי ולא לספר לכולם את הסודות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ילד צריך __________ מההורים ומהמבוגרים כדי להיות 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יום ארוך בבית הספר, חשוב לקחת זמן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לכל ילד מגיע __________ - ביקור אצל רופא כשצריך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שלי היא המקום שבו אני מרגיש הכי בטוח ואהוב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שמגיע לכל ילד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להתייחס לכולם באותה 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לדאוג שמשהו ייעשה כראוי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זמן כיף ופעילות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שאני חושב או מרגיש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יחס יפה ומכבד לאדם 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הביעו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מהרשימה (חינוך, בריאות, משחק, מנוחה) וכתבו למה היא חשובה לכם באופן אישי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מישהו לא קיבל את זכותו לכבוד, ומה לדעתכם צריך לעשות במצב כזה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המתארת זמן לנוח ולהירגע?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שבו חשוב שתהיה הגנה על ילד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פרטיות לבין שוויון?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 - מילים ומושגים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