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- מילים ומושגים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הקשורות לזכויות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המשמעות של כל זכות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החדשות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בריאות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מנוחה היא אחת מהזכויות החשובות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פרטיות היא בדיוק ההפך - שמירה על מרחב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בדיוק המשמעות של שוויון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(להתייחס לכולם באותה צורה)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 שאני חושב או מרגיש)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(זמן כיף ופעילות משותפת)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(יחס יפה ומכבד לאדם אחר)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- הביעו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יבחרו זכות ויסבירו בשפתם מדוע היא משמעותית עבורם, תוך שימוש בדוגמה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מנוחה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המראה הבנה שהגנה היא שמירה מפני סכנה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פרטיות - מרחב אישי; שוויון - יחס זהה לכולם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הדף עם פעילות התפזורת המקורית כהכנה או כסיכום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בדוגמאות אישיות לכל זכות לפני מילוי 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זכויות הילד - מילים ומושגים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המילים שמופיעות בתפזורת של זכויות הילד, כמו חינוך, בריאות, משפחה ועוד. נבין מה כל מילה אומרת ואיך היא קשורה לחיים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הגנה  ·  מנוחה  ·  חינוך  ·  פרטיות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הזכות שעוסקת בלימודים בבית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מילה קשורה לזמן חופשי ולמשחקים?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אחריות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הזכות שאומרת שצריך לדאוג לגוף בריא?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כבוד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ילד יש זכות למנוחה ולזמן חופשי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פרטיות פירושה שכולם צריכים לדעת הכל על החיים שלי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שוויון פירושו להתייחס לכולם באותה צורה ללא קשר למוצא או מגדר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לכל ילד מגיעה הזכות ל__________ - ללמוד ולהתפתח בבית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חשוב לשמור על ה__________ שלי ולא לספר לכולם את הסודות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כל ילד צריך __________ מההורים ומהמבוגרים כדי להיות בטוח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אחרי יום ארוך בבית הספר, חשוב לקחת זמן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זמן כיף ופעילות משותפת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יחס יפה ומכבד לאדם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שאני חושב או מרגיש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להתייחס לכולם באותה צורה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- הביעו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זכות אחת מהרשימה (חינוך, בריאות, משחק, מנוחה) וכתבו למה היא חשובה לכם באופן אישי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המילה המתארת זמן לנוח ולהירגע?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למצב שבו חשוב שתהיה הגנה על ילד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זכויות הילד - מילים ומושגים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